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Rahul Kumar</w:t>
      </w:r>
    </w:p>
    <w:p>
      <w:r>
        <w:t>📞 +971-52-987-6543 | 📧 rahul.rider@email.com | 📍 Dubai, UAE</w:t>
      </w:r>
    </w:p>
    <w:p>
      <w:r>
        <w:t>Visa Status: Employment Visa | Nationality: Indian</w:t>
      </w:r>
    </w:p>
    <w:p>
      <w:pPr>
        <w:pStyle w:val="Heading2"/>
      </w:pPr>
      <w:r>
        <w:t>Professional Summary</w:t>
      </w:r>
    </w:p>
    <w:p>
      <w:r>
        <w:t>Dedicated and experienced Bike Rider / Delivery Driver with strong technical and practical skills. Seeking to contribute my expertise in a reputed company in the UAE. Skilled at maintaining high performance and ensuring safety and quality standards.</w:t>
      </w:r>
    </w:p>
    <w:p>
      <w:pPr>
        <w:pStyle w:val="Heading2"/>
      </w:pPr>
      <w:r>
        <w:t>Key Skills</w:t>
      </w:r>
    </w:p>
    <w:p>
      <w:r>
        <w:t>• Safe driving under UAE traffic rules</w:t>
      </w:r>
    </w:p>
    <w:p>
      <w:r>
        <w:t>• Time management</w:t>
      </w:r>
    </w:p>
    <w:p>
      <w:r>
        <w:t>• Customer service</w:t>
      </w:r>
    </w:p>
    <w:p>
      <w:r>
        <w:t>• Navigation using Google Maps</w:t>
      </w:r>
    </w:p>
    <w:p>
      <w:r>
        <w:t>• Vehicle maintenance basics</w:t>
      </w:r>
    </w:p>
    <w:p>
      <w:pPr>
        <w:pStyle w:val="Heading2"/>
      </w:pPr>
      <w:r>
        <w:t>Professional Experience</w:t>
      </w:r>
    </w:p>
    <w:p>
      <w:r>
        <w:t>Delivery Rider — Talabat UAE (2021 - 2024)</w:t>
      </w:r>
    </w:p>
    <w:p>
      <w:r>
        <w:t xml:space="preserve">  - Delivered food orders safely and on time.</w:t>
      </w:r>
    </w:p>
    <w:p>
      <w:r>
        <w:t xml:space="preserve">  - Maintained delivery logs and payment records.</w:t>
      </w:r>
    </w:p>
    <w:p>
      <w:r>
        <w:t xml:space="preserve">  - Provided excellent customer service to clients.</w:t>
      </w:r>
    </w:p>
    <w:p>
      <w:pPr>
        <w:pStyle w:val="Heading2"/>
      </w:pPr>
      <w:r>
        <w:t>Education</w:t>
      </w:r>
    </w:p>
    <w:p>
      <w:r>
        <w:t>High School Diploma — Delhi Public School (2017)</w:t>
      </w:r>
    </w:p>
    <w:p>
      <w:pPr>
        <w:pStyle w:val="Heading2"/>
      </w:pPr>
      <w:r>
        <w:t>Languages</w:t>
      </w:r>
    </w:p>
    <w:p>
      <w:r>
        <w:t>• English (Fluent)</w:t>
      </w:r>
    </w:p>
    <w:p>
      <w:r>
        <w:t>• Hindi (Fluent)</w:t>
      </w:r>
    </w:p>
    <w:p>
      <w:r>
        <w:t>• Arabic (Basic)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