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Adnan Sheikh</w:t>
      </w:r>
    </w:p>
    <w:p>
      <w:r>
        <w:t>📞 +971-55-222-3344 | 📧 adnan.electrical@email.com | 📍 Dubai, UAE</w:t>
      </w:r>
    </w:p>
    <w:p>
      <w:r>
        <w:t>Visa Status: Visit Visa | Nationality: Pakistani</w:t>
      </w:r>
    </w:p>
    <w:p>
      <w:pPr>
        <w:pStyle w:val="Heading2"/>
      </w:pPr>
      <w:r>
        <w:t>Professional Summary</w:t>
      </w:r>
    </w:p>
    <w:p>
      <w:r>
        <w:t>Dedicated and experienced Electrical Engineer with strong technical and practical skills. Seeking to contribute my expertise in a reputed company in the UAE. Skilled at maintaining high performance and ensuring safety and quality standards.</w:t>
      </w:r>
    </w:p>
    <w:p>
      <w:pPr>
        <w:pStyle w:val="Heading2"/>
      </w:pPr>
      <w:r>
        <w:t>Key Skills</w:t>
      </w:r>
    </w:p>
    <w:p>
      <w:r>
        <w:t>• Electrical system design</w:t>
      </w:r>
    </w:p>
    <w:p>
      <w:r>
        <w:t>• AutoCAD Electrical &amp; PLC</w:t>
      </w:r>
    </w:p>
    <w:p>
      <w:r>
        <w:t>• Maintenance &amp; troubleshooting</w:t>
      </w:r>
    </w:p>
    <w:p>
      <w:r>
        <w:t>• Load analysis &amp; power distribution</w:t>
      </w:r>
    </w:p>
    <w:p>
      <w:r>
        <w:t>• Safety standards compliance</w:t>
      </w:r>
    </w:p>
    <w:p>
      <w:pPr>
        <w:pStyle w:val="Heading2"/>
      </w:pPr>
      <w:r>
        <w:t>Professional Experience</w:t>
      </w:r>
    </w:p>
    <w:p>
      <w:r>
        <w:t>Electrical Engineer — Emirates Power Solutions (2020 - 2024)</w:t>
      </w:r>
    </w:p>
    <w:p>
      <w:r>
        <w:t xml:space="preserve">  - Designed and maintained power distribution systems.</w:t>
      </w:r>
    </w:p>
    <w:p>
      <w:r>
        <w:t xml:space="preserve">  - Inspected electrical installations for safety and efficiency.</w:t>
      </w:r>
    </w:p>
    <w:p>
      <w:r>
        <w:t xml:space="preserve">  - Supervised site electricians and ensured project deadlines.</w:t>
      </w:r>
    </w:p>
    <w:p>
      <w:pPr>
        <w:pStyle w:val="Heading2"/>
      </w:pPr>
      <w:r>
        <w:t>Education</w:t>
      </w:r>
    </w:p>
    <w:p>
      <w:r>
        <w:t>Bachelor of Electrical Engineering — University of Lahore (2019)</w:t>
      </w:r>
    </w:p>
    <w:p>
      <w:pPr>
        <w:pStyle w:val="Heading2"/>
      </w:pPr>
      <w:r>
        <w:t>Languages</w:t>
      </w:r>
    </w:p>
    <w:p>
      <w:r>
        <w:t>• English (Fluent)</w:t>
      </w:r>
    </w:p>
    <w:p>
      <w:r>
        <w:t>• Hindi (Fluent)</w:t>
      </w:r>
    </w:p>
    <w:p>
      <w:r>
        <w:t>• Arabic (Basic)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