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Mohammed Faiz</w:t>
      </w:r>
    </w:p>
    <w:p>
      <w:r>
        <w:t>📞 +971-55-123-4567 | 📧 faiz.engineer@email.com | 📍 Dubai, UAE</w:t>
      </w:r>
    </w:p>
    <w:p>
      <w:r>
        <w:t>Visa Status: Visit Visa | Nationality: Indian</w:t>
      </w:r>
    </w:p>
    <w:p>
      <w:pPr>
        <w:pStyle w:val="Heading2"/>
      </w:pPr>
      <w:r>
        <w:t>Professional Summary</w:t>
      </w:r>
    </w:p>
    <w:p>
      <w:r>
        <w:t>Dedicated and experienced Mechanical Engineer with strong technical and practical skills. Seeking to contribute my expertise in a reputed company in the UAE. Skilled at maintaining high performance and ensuring safety and quality standards.</w:t>
      </w:r>
    </w:p>
    <w:p>
      <w:pPr>
        <w:pStyle w:val="Heading2"/>
      </w:pPr>
      <w:r>
        <w:t>Key Skills</w:t>
      </w:r>
    </w:p>
    <w:p>
      <w:r>
        <w:t>• AutoCAD &amp; SolidWorks</w:t>
      </w:r>
    </w:p>
    <w:p>
      <w:r>
        <w:t>• HVAC Systems Design</w:t>
      </w:r>
    </w:p>
    <w:p>
      <w:r>
        <w:t>• Mechanical Maintenance</w:t>
      </w:r>
    </w:p>
    <w:p>
      <w:r>
        <w:t>• Project Supervision</w:t>
      </w:r>
    </w:p>
    <w:p>
      <w:r>
        <w:t>• Safety and Compliance</w:t>
      </w:r>
    </w:p>
    <w:p>
      <w:pPr>
        <w:pStyle w:val="Heading2"/>
      </w:pPr>
      <w:r>
        <w:t>Professional Experience</w:t>
      </w:r>
    </w:p>
    <w:p>
      <w:r>
        <w:t>Mechanical Engineer — ABC Engineering Pvt. Ltd. (2019 - 2024)</w:t>
      </w:r>
    </w:p>
    <w:p>
      <w:r>
        <w:t xml:space="preserve">  - Designed and supervised installation of HVAC systems.</w:t>
      </w:r>
    </w:p>
    <w:p>
      <w:r>
        <w:t xml:space="preserve">  - Coordinated with project managers to ensure timelines were met.</w:t>
      </w:r>
    </w:p>
    <w:p>
      <w:r>
        <w:t xml:space="preserve">  - Performed maintenance checks and ensured safety compliance.</w:t>
      </w:r>
    </w:p>
    <w:p>
      <w:pPr>
        <w:pStyle w:val="Heading2"/>
      </w:pPr>
      <w:r>
        <w:t>Education</w:t>
      </w:r>
    </w:p>
    <w:p>
      <w:r>
        <w:t>Bachelor of Mechanical Engineering — Mumbai University (2018)</w:t>
      </w:r>
    </w:p>
    <w:p>
      <w:pPr>
        <w:pStyle w:val="Heading2"/>
      </w:pPr>
      <w:r>
        <w:t>Languages</w:t>
      </w:r>
    </w:p>
    <w:p>
      <w:r>
        <w:t>• English (Fluent)</w:t>
      </w:r>
    </w:p>
    <w:p>
      <w:r>
        <w:t>• Hindi (Fluent)</w:t>
      </w:r>
    </w:p>
    <w:p>
      <w:r>
        <w:t>• Arabic (Basic)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