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Sara Thomas</w:t>
      </w:r>
    </w:p>
    <w:p>
      <w:r>
        <w:t>📞 +971-56-444-7788 | 📧 sara.reception@email.com | 📍 Dubai, UAE</w:t>
      </w:r>
    </w:p>
    <w:p>
      <w:r>
        <w:t>Visa Status: Employment Visa | Nationality: Filipino</w:t>
      </w:r>
    </w:p>
    <w:p>
      <w:pPr>
        <w:pStyle w:val="Heading2"/>
      </w:pPr>
      <w:r>
        <w:t>Professional Summary</w:t>
      </w:r>
    </w:p>
    <w:p>
      <w:r>
        <w:t>Dedicated and experienced Receptionist with strong technical and practical skills. Seeking to contribute my expertise in a reputed company in the UAE. Skilled at maintaining high performance and ensuring safety and quality standards.</w:t>
      </w:r>
    </w:p>
    <w:p>
      <w:pPr>
        <w:pStyle w:val="Heading2"/>
      </w:pPr>
      <w:r>
        <w:t>Key Skills</w:t>
      </w:r>
    </w:p>
    <w:p>
      <w:r>
        <w:t>• Front desk management</w:t>
      </w:r>
    </w:p>
    <w:p>
      <w:r>
        <w:t>• Customer service</w:t>
      </w:r>
    </w:p>
    <w:p>
      <w:r>
        <w:t>• Call handling &amp; scheduling</w:t>
      </w:r>
    </w:p>
    <w:p>
      <w:r>
        <w:t>• MS Office &amp; CRM software</w:t>
      </w:r>
    </w:p>
    <w:p>
      <w:r>
        <w:t>• Time management</w:t>
      </w:r>
    </w:p>
    <w:p>
      <w:pPr>
        <w:pStyle w:val="Heading2"/>
      </w:pPr>
      <w:r>
        <w:t>Professional Experience</w:t>
      </w:r>
    </w:p>
    <w:p>
      <w:r>
        <w:t>Front Desk Receptionist — Hilton Hotel Dubai (2021 - 2024)</w:t>
      </w:r>
    </w:p>
    <w:p>
      <w:r>
        <w:t xml:space="preserve">  - Handled guest check-ins and inquiries efficiently.</w:t>
      </w:r>
    </w:p>
    <w:p>
      <w:r>
        <w:t xml:space="preserve">  - Managed phone calls and scheduled appointments.</w:t>
      </w:r>
    </w:p>
    <w:p>
      <w:r>
        <w:t xml:space="preserve">  - Maintained daily reports and ensured customer satisfaction.</w:t>
      </w:r>
    </w:p>
    <w:p>
      <w:pPr>
        <w:pStyle w:val="Heading2"/>
      </w:pPr>
      <w:r>
        <w:t>Education</w:t>
      </w:r>
    </w:p>
    <w:p>
      <w:r>
        <w:t>Diploma in Office Administration — Manila Business College (2019)</w:t>
      </w:r>
    </w:p>
    <w:p>
      <w:pPr>
        <w:pStyle w:val="Heading2"/>
      </w:pPr>
      <w:r>
        <w:t>Languages</w:t>
      </w:r>
    </w:p>
    <w:p>
      <w:r>
        <w:t>• English (Fluent)</w:t>
      </w:r>
    </w:p>
    <w:p>
      <w:r>
        <w:t>• Hindi (Fluent)</w:t>
      </w:r>
    </w:p>
    <w:p>
      <w:r>
        <w:t>• Arabic (Basic)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