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Civil Engineer CV</w:t>
      </w:r>
    </w:p>
    <w:p>
      <w:r>
        <w:t>Full Name: [Your Full Name]</w:t>
      </w:r>
    </w:p>
    <w:p>
      <w:r>
        <w:t>Professional Title: Civil Engineer | Structural Engineer | Project Engineer</w:t>
      </w:r>
    </w:p>
    <w:p>
      <w:r>
        <w:t>Phone: [Your Phone Number]</w:t>
      </w:r>
    </w:p>
    <w:p>
      <w:r>
        <w:t>Email: [Your Email Address]</w:t>
      </w:r>
    </w:p>
    <w:p>
      <w:r>
        <w:t>LinkedIn: [Your LinkedIn Profile URL]</w:t>
      </w:r>
    </w:p>
    <w:p>
      <w:r>
        <w:t>Nationality: [Your Nationality]</w:t>
      </w:r>
    </w:p>
    <w:p>
      <w:r>
        <w:t>Location: Dubai, UAE (or your current location)</w:t>
      </w:r>
    </w:p>
    <w:p>
      <w:pPr>
        <w:pStyle w:val="Heading1"/>
      </w:pPr>
      <w:r>
        <w:t>Professional Summary</w:t>
      </w:r>
    </w:p>
    <w:p>
      <w:r>
        <w:t>A highly skilled and results-driven Civil Engineer with [X] years of experience in managing and overseeing construction projects, including residential, commercial, and infrastructure developments. Proven ability to apply engineering principles to design, analyze, and manage the execution of projects within scope, budget, and schedule. Seeking to leverage expertise in structural design, project management, and site supervision to contribute to the success of a growing construction firm in Dubai.</w:t>
      </w:r>
    </w:p>
    <w:p>
      <w:pPr>
        <w:pStyle w:val="Heading1"/>
      </w:pPr>
      <w:r>
        <w:t>Key Skills</w:t>
      </w:r>
    </w:p>
    <w:p>
      <w:r>
        <w:t>Structural Design, Project Management, Site Supervision, Civil Engineering Software (AutoCAD, Revit, STAAD Pro), Construction Safety, Materials Testing, Budgeting &amp; Cost Estimation, Site Inspections, Structural Analysis, Team Collaboration, Project Scheduling, Risk Management, Quality Control &amp; Assurance</w:t>
      </w:r>
    </w:p>
    <w:p>
      <w:pPr>
        <w:pStyle w:val="Heading1"/>
      </w:pPr>
      <w:r>
        <w:t>Professional Experience</w:t>
      </w:r>
    </w:p>
    <w:p>
      <w:r>
        <w:t>Civil Engineer | [Company Name] | Dubai, UAE | [Start Date] – [End Date]</w:t>
      </w:r>
    </w:p>
    <w:p>
      <w:r>
        <w:t>- Managed and supervised the construction of [X] commercial and residential buildings, ensuring all projects met quality, safety, and regulatory standards.</w:t>
        <w:br/>
        <w:t>- Conducted detailed structural analysis and calculations for the design of foundations, beams, columns, and slabs.</w:t>
        <w:br/>
        <w:t>- Coordinated with architects, contractors, and other stakeholders to ensure timely project completion within budget.</w:t>
        <w:br/>
        <w:t>- Prepared detailed project plans, schedules, and budgets, leading to a [X]% reduction in project delays and cost overruns.</w:t>
        <w:br/>
        <w:t>- Performed site inspections to ensure the quality of construction and compliance with approved plans.</w:t>
        <w:br/>
        <w:t>- Led a team of [X] engineers and workers, ensuring efficient workflow and adherence to safety protocols.</w:t>
      </w:r>
    </w:p>
    <w:p>
      <w:r>
        <w:t>Project Engineer | [Company Name] | Dubai, UAE | [Start Date] – [End Date]</w:t>
      </w:r>
    </w:p>
    <w:p>
      <w:r>
        <w:t>- Oversaw the execution of [X] large-scale infrastructure projects, coordinating with clients, architects, and contractors.</w:t>
        <w:br/>
        <w:t>- Managed procurement of construction materials and equipment, ensuring timely delivery and cost efficiency.</w:t>
        <w:br/>
        <w:t>- Developed and maintained project schedules, ensuring milestones were met and deadlines were adhered to.</w:t>
        <w:br/>
        <w:t>- Implemented risk management strategies that reduced the number of on-site accidents by [X]%.</w:t>
        <w:br/>
        <w:t>- Reviewed and approved design specifications and construction plans.</w:t>
      </w:r>
    </w:p>
    <w:p>
      <w:pPr>
        <w:pStyle w:val="Heading1"/>
      </w:pPr>
      <w:r>
        <w:t>Education</w:t>
      </w:r>
    </w:p>
    <w:p>
      <w:r>
        <w:t>Bachelor’s Degree in Civil Engineering</w:t>
      </w:r>
    </w:p>
    <w:p>
      <w:r>
        <w:t>[University Name], [City, Country]</w:t>
      </w:r>
    </w:p>
    <w:p>
      <w:r>
        <w:t>Graduation Year: [Year]</w:t>
      </w:r>
    </w:p>
    <w:p>
      <w:pPr>
        <w:pStyle w:val="Heading1"/>
      </w:pPr>
      <w:r>
        <w:t>Certifications</w:t>
      </w:r>
    </w:p>
    <w:p>
      <w:r>
        <w:t>Certified Professional Engineer (PE)</w:t>
      </w:r>
    </w:p>
    <w:p>
      <w:r>
        <w:t>Project Management Professional (PMP)</w:t>
      </w:r>
    </w:p>
    <w:p>
      <w:r>
        <w:t>AutoCAD Certified User</w:t>
      </w:r>
    </w:p>
    <w:p>
      <w:r>
        <w:t>[Other Relevant Certification]</w:t>
      </w:r>
    </w:p>
    <w:p>
      <w:pPr>
        <w:pStyle w:val="Heading1"/>
      </w:pPr>
      <w:r>
        <w:t>Languages</w:t>
      </w:r>
    </w:p>
    <w:p>
      <w:r>
        <w:t>English: Fluent (spoken and written)</w:t>
      </w:r>
    </w:p>
    <w:p>
      <w:r>
        <w:t>Arabic: [Basic/Intermediate/Fluent] (if applicable)</w:t>
      </w:r>
    </w:p>
    <w:p>
      <w:r>
        <w:t>[Other Languages]: [Proficiency level]</w:t>
      </w:r>
    </w:p>
    <w:p>
      <w:pPr>
        <w:pStyle w:val="Heading1"/>
      </w:pPr>
      <w:r>
        <w:t>Technical Skills</w:t>
      </w:r>
    </w:p>
    <w:p>
      <w:r>
        <w:t>AutoCAD, Revit, STAAD Pro, MS Project, Primavera P6, Structural Analysis Software, SAP2000, Microsoft Office Suite (Excel, Word, PowerPoint), Cost Estimation Software</w:t>
      </w:r>
    </w:p>
    <w:p>
      <w:pPr>
        <w:pStyle w:val="Heading1"/>
      </w:pPr>
      <w:r>
        <w:t>References</w:t>
      </w:r>
    </w:p>
    <w:p>
      <w:r>
        <w:t>Available upon request.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