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Sales Executive CV</w:t>
      </w:r>
    </w:p>
    <w:p>
      <w:r>
        <w:t>Full Name: [Your Full Name]</w:t>
      </w:r>
    </w:p>
    <w:p>
      <w:r>
        <w:t>Professional Title: Sales Executive | Sales Manager | Business Development Specialist</w:t>
      </w:r>
    </w:p>
    <w:p>
      <w:r>
        <w:t>Phone: [Your Phone Number]</w:t>
      </w:r>
    </w:p>
    <w:p>
      <w:r>
        <w:t>Email: [Your Email Address]</w:t>
      </w:r>
    </w:p>
    <w:p>
      <w:r>
        <w:t>LinkedIn: [Your LinkedIn Profile URL]</w:t>
      </w:r>
    </w:p>
    <w:p>
      <w:r>
        <w:t>Nationality: [Your Nationality]</w:t>
      </w:r>
    </w:p>
    <w:p>
      <w:r>
        <w:t>Location: Dubai, UAE (or your current location)</w:t>
      </w:r>
    </w:p>
    <w:p>
      <w:pPr>
        <w:pStyle w:val="Heading1"/>
      </w:pPr>
      <w:r>
        <w:t>Professional Summary</w:t>
      </w:r>
    </w:p>
    <w:p>
      <w:r>
        <w:t>A dynamic and results-oriented Sales Executive with [X] years of experience in driving revenue growth, expanding customer base, and achieving sales targets in diverse industries. Proven ability to build long-term client relationships and close high-value deals. Skilled in market research, sales presentations, and negotiation, with a strong focus on exceeding business goals. Seeking to leverage expertise in sales strategy, customer relationship management, and business development to contribute to the success of a forward-thinking organization in Dubai.</w:t>
      </w:r>
    </w:p>
    <w:p>
      <w:pPr>
        <w:pStyle w:val="Heading1"/>
      </w:pPr>
      <w:r>
        <w:t>Key Skills</w:t>
      </w:r>
    </w:p>
    <w:p>
      <w:r>
        <w:t>Sales Strategy &amp; Planning, Business Development, B2B &amp; B2C Sales, Customer Relationship Management (CRM), Market Research &amp; Analysis, Lead Generation &amp; Qualification, Negotiation &amp; Closing Sales, Product Knowledge &amp; Demonstration, Territory Management, Cold Calling &amp; Client Outreach, Sales Presentations, KPI &amp; Sales Target Achievement, Team Collaboration &amp; Leadership</w:t>
      </w:r>
    </w:p>
    <w:p>
      <w:pPr>
        <w:pStyle w:val="Heading1"/>
      </w:pPr>
      <w:r>
        <w:t>Professional Experience</w:t>
      </w:r>
    </w:p>
    <w:p>
      <w:r>
        <w:t>Sales Executive | [Company Name] | Dubai, UAE | [Start Date] – [End Date]</w:t>
      </w:r>
    </w:p>
    <w:p>
      <w:r>
        <w:t>- Developed and implemented effective sales strategies to increase company revenue by [X]% in [X] months.</w:t>
        <w:br/>
        <w:t>- Managed a portfolio of [X] clients, providing personalized service and identifying new sales opportunities.</w:t>
        <w:br/>
        <w:t xml:space="preserve">- Conducted in-depth market research to identify potential clients and key target segments, leading to an increase in leads by [X]%. </w:t>
        <w:br/>
        <w:t>- Built and maintained relationships with clients, resulting in a [X]% customer retention rate.</w:t>
        <w:br/>
        <w:t>- Executed product demonstrations, presenting tailored solutions to meet customer needs and driving sales conversions.</w:t>
        <w:br/>
        <w:t>- Negotiated and closed deals, contributing to [X]% of the department's overall revenue in [X] years.</w:t>
        <w:br/>
        <w:t>- Worked closely with the marketing team to create promotional materials and sales campaigns.</w:t>
        <w:br/>
        <w:t>- Reported on sales performance and key metrics to senior management, consistently exceeding monthly and quarterly sales targets.</w:t>
      </w:r>
    </w:p>
    <w:p>
      <w:r>
        <w:t>Sales Executive | [Company Name] | Dubai, UAE | [Start Date] – [End Date]</w:t>
      </w:r>
    </w:p>
    <w:p>
      <w:r>
        <w:t>- Successfully managed B2B and B2C sales processes, increasing sales revenue by [X]% in [X] months.</w:t>
        <w:br/>
        <w:t>- Generated new business through proactive outreach, networking, and cold calling, resulting in [X] new clients.</w:t>
        <w:br/>
        <w:t>- Conducted product demonstrations and client meetings, leading to a [X]% increase in closed sales.</w:t>
        <w:br/>
        <w:t xml:space="preserve">- Collaborated with the customer support team to ensure smooth post-sales processes, improving customer satisfaction by [X]%. </w:t>
        <w:br/>
        <w:t>- Tracked and analyzed sales data to adjust strategies and improve performance.</w:t>
      </w:r>
    </w:p>
    <w:p>
      <w:pPr>
        <w:pStyle w:val="Heading1"/>
      </w:pPr>
      <w:r>
        <w:t>Education</w:t>
      </w:r>
    </w:p>
    <w:p>
      <w:r>
        <w:t>Bachelor’s Degree in Business Administration (or relevant field)</w:t>
      </w:r>
    </w:p>
    <w:p>
      <w:r>
        <w:t>[University Name], [City, Country]</w:t>
      </w:r>
    </w:p>
    <w:p>
      <w:r>
        <w:t>Graduation Year: [Year]</w:t>
      </w:r>
    </w:p>
    <w:p>
      <w:pPr>
        <w:pStyle w:val="Heading1"/>
      </w:pPr>
      <w:r>
        <w:t>Certifications</w:t>
      </w:r>
    </w:p>
    <w:p>
      <w:r>
        <w:t>Salesforce Certified Sales Representative</w:t>
      </w:r>
    </w:p>
    <w:p>
      <w:r>
        <w:t>Certified Professional Sales Leader (CPSL)</w:t>
      </w:r>
    </w:p>
    <w:p>
      <w:pPr>
        <w:pStyle w:val="Heading1"/>
      </w:pPr>
      <w:r>
        <w:t>Languages</w:t>
      </w:r>
    </w:p>
    <w:p>
      <w:r>
        <w:t>English: Fluent (spoken and written)</w:t>
      </w:r>
    </w:p>
    <w:p>
      <w:r>
        <w:t>Arabic: [Basic/Intermediate/Fluent] (if applicable)</w:t>
      </w:r>
    </w:p>
    <w:p>
      <w:r>
        <w:t>[Other Languages]: [Proficiency level]</w:t>
      </w:r>
    </w:p>
    <w:p>
      <w:pPr>
        <w:pStyle w:val="Heading1"/>
      </w:pPr>
      <w:r>
        <w:t>Technical Skills</w:t>
      </w:r>
    </w:p>
    <w:p>
      <w:r>
        <w:t>Proficient in CRM Software (Salesforce, HubSpot, etc.)</w:t>
      </w:r>
    </w:p>
    <w:p>
      <w:r>
        <w:t>Microsoft Office Suite (Word, Excel, PowerPoint)</w:t>
      </w:r>
    </w:p>
    <w:p>
      <w:r>
        <w:t>Sales Tools (LinkedIn Sales Navigator, ZoomInfo, etc.)</w:t>
      </w:r>
    </w:p>
    <w:p>
      <w:pPr>
        <w:pStyle w:val="Heading1"/>
      </w:pPr>
      <w:r>
        <w:t>References</w:t>
      </w:r>
    </w:p>
    <w:p>
      <w:r>
        <w:t>Available upon request.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